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בונים את לוח הקיר לחודש כסליו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רכיבי לוח הקיר לחודש כסליו ואת תפקידם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סדר ההרכבה הנכון של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היכן ממקמים כל רכיב במפת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A4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מסגרות ופינות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שמאל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מוסיפים להבה אחת בכל ערב, מ-4.12 עד 11.12.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אפשר להרים את הדש ולראות את התשובה.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כל שאר הרכיבים נתלים לפי הגבולות שהן קובעות.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למינציה היא אופציונלית, בעיקר לכרזות שחוזרות כל שנה.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A4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כסליו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האור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מעטפה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רכיב למיקום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(אותיות כותרת)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(לוח החודש)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(חנוכייה ולהבות)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(מילת החודש)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(חידות עם דשים)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ההרכבה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מודדים את הלוח ומחליטים על גודל הדף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מדפיסים ומצמידים ראשונות את המסגרות והפינות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תולים את אותיות הכותרת "חודש כסליו" בשורה העליונה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תולים במרכז את לוח החודש והחנוכייה, ולצדדים את שאר הפינות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משלימים בשורה התחתונה את חידות הדשים ואת רצועת "האור שלי"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הן קובעות את הגבולות והגודל הסופי של הלוח, וכל שאר הרכיבים נתלים בהתאם להן.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מסגרות ופינות - כי הן קובעות את הגבולות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8 ימים, בהתאם לימי 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שאפשר יהיה להרים את הדש ולראות את התשובה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תרשים פריסה מודפס ולבקש מהתלמידים להצביע על מיקום כל רכיב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את סדר ההרכבה בעל פה לפני שעוברים לתרגיל הסידור הכתוב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מומלץ לוותר על פריטי החישוב (כמות אותיות/ימים) ולהתמקד במיקום ובתפקיד הרכיבים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בונים את לוח הקיר לחודש כסליו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לוח הקיר לחודש כסליו בנוי מהרבה רכיבים – מסגרות, כותרת, לוח חודש, חנוכייה, פינות תוכן וחידות. בדף הזה נתרגל את סדר ההרכבה ואת מיקום הרכיבים השונים על הלוח.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גודל דף מתאים ללוח קטן, עד כ-120 ס"מ?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A4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A3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A5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A2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מדביקים ראשון כדי לקבוע את גבולות הלוח?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מסגרות ופינות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אותיות הכותרת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לוח החודש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חנוכייה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אותיות יש לגזור למילים "חודש כסליו"?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ימים מוסיפים להבה לחנוכייה, מ-4.12 עד 11.12?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באיזה צד של הלוח ממוקמת "מילת החודש"?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ימין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שורה תחתונה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מרכז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מדביקים את כל הלהבות בבת אחת ביום הראשון של החודש.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בחידות עם הדשים מדביקים רק את הצד העליון של הדש.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מסגרות ופינות מודבקות ראשונות כי הן קובעות את הגבולות של הלוח.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למינציה היא חובה לכל רכיבי הלוח.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מדפיסים דף __________ ללוח קטן עד כ-120 ס"מ.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בצד ימין תולים את "מה זה __________", סיפור החנוכה וחנוכה בקהילות.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רצועת "__________" מזמינה לכתוב משאלה, מילה טובה ומעשה טוב.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את הלהבות שגזרו ולא תלו עדיין שומרים ב__________.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רכיב למיקום בלוח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אותיות כותרת "חודש כסליו"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לוח החודש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כותרת החודש ולוח השנה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מילת החודש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חנוכייה גדולה ו-9 להבות לגזירה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אותיות כותרת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12 כרטיסי מילים ממשפחת א-ו-ר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חידות עם דשים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6 חידות עם דש ותשובה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חנוכייה ולהבות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ההרכבה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מדפיסים ומצמידים ראשונות את המסגרות והפינות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מודדים את הלוח ומחליטים על גודל הדף המתאים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משלימים בשורה התחתונה את חידות הדשים ואת רצועת "האור שלי"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תולים את אותיות הכותרת "חודש כסליו" בשורה העליונה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תולים במרכז את לוח החודש והחנוכייה, ולצדדים את שאר הפינות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שלכן/ם למה מדביקים את המסגרות והפינות לפני כל שאר הרכיבים.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מדביקים ראשון על הלוח, ולמה דווקא את זה?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ימים מוסיפים להבה לחנוכייה,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בחידות מדביקים רק את הצד העליון של הדש?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בונים את לוח הקיר לחודש כסליו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