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רכיבי לוח הקיר לחודש כסליו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ההרכבה הנכון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היכן ממקמים כל רכיב במפת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מסגרות ופינות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מוסיפים להבה אחת בכל ערב, מ-4.12 עד 11.12.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להרים את הדש ולראות את התשובה.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שאר הרכיבים נתלים לפי הגבולות שהן קובעות.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למינציה היא אופציונלית, בעיקר לכרזות שחוזרות כל 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רכיב למיקום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(אותיות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(לוח החודש)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(חנוכייה ולהבות)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(מילת החודש)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(חידות עם 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מודדים את הלוח ומחליטים על גודל הדף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מדפיסים ומצמידים ראשונות את המסגרות והפינות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תולים את אותיות הכותרת "חודש כסליו" בשורה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תולים במרכז את לוח החודש והחנוכייה, ולצדדים את שאר 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בשורה התחתונה את חידות הדשים ואת רצועת "האור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הן קובעות את הגבולות והגודל הסופי של הלוח, וכל שאר הרכיבים נתלים בהתאם להן.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מסגרות ופינות - כי הן קובעות את הגבולות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ימים, בהתאם לימי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שאפשר יהיה להרים את הדש ולראות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תרשים פריסה מודפס ולבקש מהתלמידים להצביע על מיקום כל רכיב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ההרכבה בעל פה לפני שעוברים לתרגיל הסידור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לוותר על פריטי החישוב (כמות אותיות/ימים) ולהתמקד במיקום ובתפקיד הרכיבים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בונים לוח קיר גדול לחודש כסליו. יש בו הרבה חלקים: מסגרת, כותרת, לוח חודש, חנוכייה וחידות. נתרגל איך מרכיבים אותו ואיפה שמים כל 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תרשים פריסה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איפה שמים כל חלק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ופינות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שמסביב ללוח, מודבק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פיסת נייר שמרימים כדי לראות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להבה נעה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להבה לגזירה שמוסיפים לחנוכייה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פינה עם כרטיסי מילים הקשורות לנושא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למינציה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ציפוי שמחזק דף כדי שישמש כמה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מיקום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שמראה איפה כל רכיב נמצא בלוח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גודל דף לוח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מדביקים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מסגרות ופינות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יש לגזור לכותרת?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מוסיפים להבה?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שמים את מילת החודש?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שורה 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כל הלהבות בבת אחת ביום הראשון של החודש.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עם הדשים מדביקים רק את הצד העליון של הדש.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מסגרות ופינות מודבקות ראשונות כי הן קובעות את הגבולות של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למינציה היא חובה לכל רכיבי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מדפיסים דף __________ ללוח קטן עד כ-120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ימין תולים את "מה זה __________", סיפור החנוכה וחנוכה בקהילות.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רצועת "__________" מזמינה לכתוב משאלה, מילה טובה ומעשה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הלהבות שגזרו ולא תלו עדיין שומרים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רכיב למיקום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אותיות כותרת "חודש כסליו"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 החודש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החודש ולוח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חידות עם 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 גדולה ו-9 להבות לגזירה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אותיות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12 כרטיסי מילים ממשפחת א-ו-ר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חנוכייה ולהבות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6 חידות עם דש ותשובה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ההרכבה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ומצמידים ראשונות את המסגרות והפינות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אותיות הכותרת "חודש כסליו" בשורה העליונה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במרכז את לוח החודש והחנוכייה, ולצדדים את שאר הפינות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בשורה התחתונה את חידות הדשים ואת רצועת "האור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מודדים את הלוח ומחליטים על גודל הדף המתאים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שלכן/ם למה מדביקים את המסגרות והפינות לפני כל שאר הרכיבים.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מדביקים ראשון על הלוח, ולמה דווקא את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מוסיפים להבה לחנוכייה,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בחידות מדביקים רק את הצד העליון של הדש?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את לוח הקיר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